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SOP starter pack</w:t>
      </w:r>
    </w:p>
    <w:p>
      <w:r>
        <w:t>Document one recurring task, make its decisions clear and test it with another user.</w:t>
      </w:r>
    </w:p>
    <w:p>
      <w:r>
        <w:rPr>
          <w:color w:val="555555"/>
          <w:sz w:val="20"/>
        </w:rPr>
        <w:t>Use pages 1 and 2 to define the process. Adapt page 3 into a short checklist for use during work. Use page 4 to observe a trial. In Word, type beneath each prompt and duplicate step blocks as needed. On paper, write on the lines.</w:t>
      </w:r>
    </w:p>
    <w:p>
      <w:pPr>
        <w:pStyle w:val="Heading1"/>
      </w:pPr>
      <w:r>
        <w:t>Define the task</w:t>
      </w:r>
    </w:p>
    <w:p>
      <w:pPr>
        <w:keepNext/>
        <w:spacing w:after="40"/>
      </w:pPr>
      <w:r>
        <w:rPr>
          <w:b/>
        </w:rPr>
        <w:t>Task name</w:t>
      </w:r>
      <w:r>
        <w:rPr>
          <w:color w:val="555555"/>
          <w:sz w:val="20"/>
        </w:rPr>
        <w:t xml:space="preserve">  Use a name someone would search for.</w:t>
      </w:r>
    </w:p>
    <w:p>
      <w:pPr>
        <w:keepNext w:val="0"/>
        <w:spacing w:after="140" w:line="240" w:lineRule="auto"/>
        <w:pBdr>
          <w:bottom w:val="single" w:sz="4" w:color="D9D9D9" w:space="1"/>
        </w:pBdr>
      </w:pPr>
      <w:r>
        <w:rPr>
          <w:sz w:val="22"/>
        </w:rPr>
        <w:t xml:space="preserve"> </w:t>
      </w:r>
    </w:p>
    <w:p>
      <w:pPr>
        <w:keepNext/>
        <w:spacing w:after="40"/>
      </w:pPr>
      <w:r>
        <w:rPr>
          <w:b/>
        </w:rPr>
        <w:t>Purpose and output</w:t>
      </w:r>
      <w:r>
        <w:rPr>
          <w:color w:val="555555"/>
          <w:sz w:val="20"/>
        </w:rPr>
        <w:t xml:space="preserve">  What should be achieved and handed over?</w:t>
      </w:r>
    </w:p>
    <w:p>
      <w:pPr>
        <w:keepNext w:val="0"/>
        <w:spacing w:after="140" w:line="240" w:lineRule="auto"/>
        <w:pBdr>
          <w:bottom w:val="single" w:sz="4" w:color="D9D9D9" w:space="1"/>
        </w:pBdr>
      </w:pPr>
      <w:r>
        <w:rPr>
          <w:sz w:val="22"/>
        </w:rPr>
        <w:t xml:space="preserve"> </w:t>
      </w:r>
    </w:p>
    <w:p>
      <w:pPr>
        <w:keepNext/>
        <w:spacing w:after="40"/>
      </w:pPr>
      <w:r>
        <w:rPr>
          <w:b/>
        </w:rPr>
        <w:t>Start and end</w:t>
      </w:r>
      <w:r>
        <w:rPr>
          <w:color w:val="555555"/>
          <w:sz w:val="20"/>
        </w:rPr>
        <w:t xml:space="preserve">  What triggers the task and what counts as complete?</w:t>
      </w:r>
    </w:p>
    <w:p>
      <w:pPr>
        <w:keepNext w:val="0"/>
        <w:spacing w:after="140" w:line="240" w:lineRule="auto"/>
        <w:pBdr>
          <w:bottom w:val="single" w:sz="4" w:color="D9D9D9" w:space="1"/>
        </w:pBdr>
      </w:pPr>
      <w:r>
        <w:rPr>
          <w:sz w:val="22"/>
        </w:rPr>
        <w:t xml:space="preserve"> </w:t>
      </w:r>
    </w:p>
    <w:p>
      <w:pPr>
        <w:keepNext/>
        <w:spacing w:after="40"/>
      </w:pPr>
      <w:r>
        <w:rPr>
          <w:b/>
        </w:rPr>
        <w:t>Users and process owner</w:t>
      </w:r>
      <w:r>
        <w:rPr>
          <w:color w:val="555555"/>
          <w:sz w:val="20"/>
        </w:rPr>
        <w:t xml:space="preserve">  Who performs the task and maintains these instructions?</w:t>
      </w:r>
    </w:p>
    <w:p>
      <w:pPr>
        <w:keepNext w:val="0"/>
        <w:spacing w:after="140" w:line="240" w:lineRule="auto"/>
        <w:pBdr>
          <w:bottom w:val="single" w:sz="4" w:color="D9D9D9" w:space="1"/>
        </w:pBdr>
      </w:pPr>
      <w:r>
        <w:rPr>
          <w:sz w:val="22"/>
        </w:rPr>
        <w:t xml:space="preserve"> </w:t>
      </w:r>
    </w:p>
    <w:p>
      <w:pPr>
        <w:keepNext/>
        <w:spacing w:after="40"/>
      </w:pPr>
      <w:r>
        <w:rPr>
          <w:b/>
        </w:rPr>
        <w:t>Approval and version</w:t>
      </w:r>
      <w:r>
        <w:rPr>
          <w:color w:val="555555"/>
          <w:sz w:val="20"/>
        </w:rPr>
        <w:t xml:space="preserve">  Approver, version, effective date and next review date.</w:t>
      </w:r>
    </w:p>
    <w:p>
      <w:pPr>
        <w:keepNext w:val="0"/>
        <w:spacing w:after="140" w:line="240" w:lineRule="auto"/>
        <w:pBdr>
          <w:bottom w:val="single" w:sz="4" w:color="D9D9D9" w:space="1"/>
        </w:pBdr>
      </w:pPr>
      <w:r>
        <w:rPr>
          <w:sz w:val="22"/>
        </w:rPr>
        <w:t xml:space="preserve"> </w:t>
      </w:r>
    </w:p>
    <w:p>
      <w:pPr>
        <w:pStyle w:val="Heading1"/>
      </w:pPr>
      <w:r>
        <w:t>Prepare to start</w:t>
      </w:r>
    </w:p>
    <w:p>
      <w:pPr>
        <w:keepNext/>
        <w:spacing w:after="40"/>
      </w:pPr>
      <w:r>
        <w:rPr>
          <w:b/>
        </w:rPr>
        <w:t>Inputs and access</w:t>
      </w:r>
      <w:r>
        <w:rPr>
          <w:color w:val="555555"/>
          <w:sz w:val="20"/>
        </w:rPr>
        <w:t xml:space="preserve">  Required information, tools, permissions and training.</w:t>
      </w:r>
    </w:p>
    <w:p>
      <w:pPr>
        <w:keepNext w:val="0"/>
        <w:spacing w:after="140" w:line="240" w:lineRule="auto"/>
        <w:pBdr>
          <w:bottom w:val="single" w:sz="4" w:color="D9D9D9" w:space="1"/>
        </w:pBdr>
      </w:pPr>
      <w:r>
        <w:rPr>
          <w:sz w:val="22"/>
        </w:rPr>
        <w:t xml:space="preserve"> </w:t>
      </w:r>
    </w:p>
    <w:p>
      <w:pPr>
        <w:keepNext/>
        <w:spacing w:after="40"/>
      </w:pPr>
      <w:r>
        <w:rPr>
          <w:b/>
        </w:rPr>
        <w:t>Related instructions</w:t>
      </w:r>
      <w:r>
        <w:rPr>
          <w:color w:val="555555"/>
          <w:sz w:val="20"/>
        </w:rPr>
        <w:t xml:space="preserve">  Where can users find forms, rules or worked examples?</w:t>
      </w:r>
    </w:p>
    <w:p>
      <w:pPr>
        <w:keepNext w:val="0"/>
        <w:spacing w:after="140" w:line="240" w:lineRule="auto"/>
        <w:pBdr>
          <w:bottom w:val="single" w:sz="4" w:color="D9D9D9" w:space="1"/>
        </w:pBdr>
      </w:pPr>
      <w:r>
        <w:rPr>
          <w:sz w:val="22"/>
        </w:rPr>
        <w:t xml:space="preserve"> </w:t>
      </w:r>
    </w:p>
    <w:p>
      <w:pPr>
        <w:pStyle w:val="Heading1"/>
      </w:pPr>
      <w:r>
        <w:t>Set the boundaries</w:t>
      </w:r>
    </w:p>
    <w:p>
      <w:pPr>
        <w:keepNext/>
        <w:spacing w:after="40"/>
      </w:pPr>
      <w:r>
        <w:rPr>
          <w:b/>
        </w:rPr>
        <w:t>Critical controls</w:t>
      </w:r>
      <w:r>
        <w:rPr>
          <w:color w:val="555555"/>
          <w:sz w:val="20"/>
        </w:rPr>
        <w:t xml:space="preserve">  Checks or approval limits that must be preserved.</w:t>
      </w:r>
    </w:p>
    <w:p>
      <w:pPr>
        <w:keepNext w:val="0"/>
        <w:spacing w:after="140" w:line="240" w:lineRule="auto"/>
        <w:pBdr>
          <w:bottom w:val="single" w:sz="4" w:color="D9D9D9" w:space="1"/>
        </w:pBdr>
      </w:pPr>
      <w:r>
        <w:rPr>
          <w:sz w:val="22"/>
        </w:rPr>
        <w:t xml:space="preserve"> </w:t>
      </w:r>
    </w:p>
    <w:p>
      <w:pPr>
        <w:keepNext/>
        <w:spacing w:after="40"/>
      </w:pPr>
      <w:r>
        <w:rPr>
          <w:b/>
        </w:rPr>
        <w:t>Stop and escalate</w:t>
      </w:r>
      <w:r>
        <w:rPr>
          <w:color w:val="555555"/>
          <w:sz w:val="20"/>
        </w:rPr>
        <w:t xml:space="preserve">  When to stop, whom to contact and what to do while waiting.</w:t>
      </w:r>
    </w:p>
    <w:p>
      <w:pPr>
        <w:keepNext w:val="0"/>
        <w:spacing w:after="140" w:line="240" w:lineRule="auto"/>
        <w:pBdr>
          <w:bottom w:val="single" w:sz="4" w:color="D9D9D9" w:space="1"/>
        </w:pBdr>
      </w:pPr>
      <w:r>
        <w:rPr>
          <w:sz w:val="22"/>
        </w:rPr>
        <w:t xml:space="preserve"> </w:t>
      </w:r>
    </w:p>
    <w:p>
      <w:r>
        <w:br w:type="page"/>
      </w:r>
    </w:p>
    <w:p>
      <w:pPr>
        <w:pStyle w:val="Title"/>
      </w:pPr>
      <w:r>
        <w:t>Write the steps</w:t>
      </w:r>
    </w:p>
    <w:p>
      <w:r>
        <w:t>Task name: ______________________________   Version: __________</w:t>
      </w:r>
    </w:p>
    <w:p>
      <w:r>
        <w:rPr>
          <w:color w:val="555555"/>
          <w:sz w:val="20"/>
        </w:rPr>
        <w:t>Use an action, an observable result and a response to a problem. Include the responsible person and evidence when relevant. Duplicate this page for a longer task; keep the sequence and numbering clear.</w:t>
      </w:r>
    </w:p>
    <w:p>
      <w:pPr>
        <w:pStyle w:val="Heading1"/>
      </w:pPr>
      <w:r>
        <w:t>Step 1</w:t>
      </w:r>
    </w:p>
    <w:p>
      <w:pPr>
        <w:keepNext/>
        <w:spacing w:after="40"/>
      </w:pPr>
      <w:r>
        <w:rPr>
          <w:b/>
        </w:rPr>
        <w:t>Action and responsible person</w:t>
      </w:r>
      <w:r>
        <w:rPr>
          <w:color w:val="555555"/>
          <w:sz w:val="20"/>
        </w:rPr>
        <w:t xml:space="preserve">  What happens and who does it?</w:t>
      </w:r>
    </w:p>
    <w:p>
      <w:pPr>
        <w:keepNext w:val="0"/>
        <w:spacing w:after="140" w:line="240" w:lineRule="auto"/>
        <w:pBdr>
          <w:bottom w:val="single" w:sz="4" w:color="D9D9D9" w:space="1"/>
        </w:pBdr>
      </w:pPr>
      <w:r>
        <w:rPr>
          <w:sz w:val="22"/>
        </w:rPr>
        <w:t xml:space="preserve"> </w:t>
      </w:r>
    </w:p>
    <w:p>
      <w:pPr>
        <w:keepNext w:val="0"/>
        <w:spacing w:after="140" w:line="240" w:lineRule="auto"/>
        <w:pBdr>
          <w:bottom w:val="single" w:sz="4" w:color="D9D9D9" w:space="1"/>
        </w:pBdr>
      </w:pPr>
      <w:r>
        <w:rPr>
          <w:sz w:val="22"/>
        </w:rPr>
        <w:t xml:space="preserve"> </w:t>
      </w:r>
    </w:p>
    <w:p>
      <w:pPr>
        <w:keepNext/>
        <w:spacing w:after="40"/>
      </w:pPr>
      <w:r>
        <w:rPr>
          <w:b/>
        </w:rPr>
        <w:t>Completion condition and evidence</w:t>
      </w:r>
      <w:r>
        <w:rPr>
          <w:color w:val="555555"/>
          <w:sz w:val="20"/>
        </w:rPr>
        <w:t xml:space="preserve">  What should be seen or recorded?</w:t>
      </w:r>
    </w:p>
    <w:p>
      <w:pPr>
        <w:keepNext w:val="0"/>
        <w:spacing w:after="140" w:line="240" w:lineRule="auto"/>
        <w:pBdr>
          <w:bottom w:val="single" w:sz="4" w:color="D9D9D9" w:space="1"/>
        </w:pBdr>
      </w:pPr>
      <w:r>
        <w:rPr>
          <w:sz w:val="22"/>
        </w:rPr>
        <w:t xml:space="preserve"> </w:t>
      </w:r>
    </w:p>
    <w:p>
      <w:pPr>
        <w:keepNext/>
        <w:spacing w:after="40"/>
      </w:pPr>
      <w:r>
        <w:rPr>
          <w:b/>
        </w:rPr>
        <w:t>If the result is absent</w:t>
      </w:r>
      <w:r>
        <w:rPr>
          <w:color w:val="555555"/>
          <w:sz w:val="20"/>
        </w:rPr>
        <w:t xml:space="preserve">  Recovery action or escalation to the named owner.</w:t>
      </w:r>
    </w:p>
    <w:p>
      <w:pPr>
        <w:keepNext w:val="0"/>
        <w:spacing w:after="140" w:line="240" w:lineRule="auto"/>
        <w:pBdr>
          <w:bottom w:val="single" w:sz="4" w:color="D9D9D9" w:space="1"/>
        </w:pBdr>
      </w:pPr>
      <w:r>
        <w:rPr>
          <w:sz w:val="22"/>
        </w:rPr>
        <w:t xml:space="preserve"> </w:t>
      </w:r>
    </w:p>
    <w:p>
      <w:pPr>
        <w:pStyle w:val="Heading1"/>
      </w:pPr>
      <w:r>
        <w:t>Step 2</w:t>
      </w:r>
    </w:p>
    <w:p>
      <w:pPr>
        <w:keepNext/>
        <w:spacing w:after="40"/>
      </w:pPr>
      <w:r>
        <w:rPr>
          <w:b/>
        </w:rPr>
        <w:t>Action and responsible person</w:t>
      </w:r>
      <w:r>
        <w:rPr>
          <w:color w:val="555555"/>
          <w:sz w:val="20"/>
        </w:rPr>
        <w:t xml:space="preserve">  What happens and who does it?</w:t>
      </w:r>
    </w:p>
    <w:p>
      <w:pPr>
        <w:keepNext w:val="0"/>
        <w:spacing w:after="140" w:line="240" w:lineRule="auto"/>
        <w:pBdr>
          <w:bottom w:val="single" w:sz="4" w:color="D9D9D9" w:space="1"/>
        </w:pBdr>
      </w:pPr>
      <w:r>
        <w:rPr>
          <w:sz w:val="22"/>
        </w:rPr>
        <w:t xml:space="preserve"> </w:t>
      </w:r>
    </w:p>
    <w:p>
      <w:pPr>
        <w:keepNext w:val="0"/>
        <w:spacing w:after="140" w:line="240" w:lineRule="auto"/>
        <w:pBdr>
          <w:bottom w:val="single" w:sz="4" w:color="D9D9D9" w:space="1"/>
        </w:pBdr>
      </w:pPr>
      <w:r>
        <w:rPr>
          <w:sz w:val="22"/>
        </w:rPr>
        <w:t xml:space="preserve"> </w:t>
      </w:r>
    </w:p>
    <w:p>
      <w:pPr>
        <w:keepNext/>
        <w:spacing w:after="40"/>
      </w:pPr>
      <w:r>
        <w:rPr>
          <w:b/>
        </w:rPr>
        <w:t>Completion condition and evidence</w:t>
      </w:r>
      <w:r>
        <w:rPr>
          <w:color w:val="555555"/>
          <w:sz w:val="20"/>
        </w:rPr>
        <w:t xml:space="preserve">  What should be seen or recorded?</w:t>
      </w:r>
    </w:p>
    <w:p>
      <w:pPr>
        <w:keepNext w:val="0"/>
        <w:spacing w:after="140" w:line="240" w:lineRule="auto"/>
        <w:pBdr>
          <w:bottom w:val="single" w:sz="4" w:color="D9D9D9" w:space="1"/>
        </w:pBdr>
      </w:pPr>
      <w:r>
        <w:rPr>
          <w:sz w:val="22"/>
        </w:rPr>
        <w:t xml:space="preserve"> </w:t>
      </w:r>
    </w:p>
    <w:p>
      <w:pPr>
        <w:keepNext/>
        <w:spacing w:after="40"/>
      </w:pPr>
      <w:r>
        <w:rPr>
          <w:b/>
        </w:rPr>
        <w:t>If the result is absent</w:t>
      </w:r>
      <w:r>
        <w:rPr>
          <w:color w:val="555555"/>
          <w:sz w:val="20"/>
        </w:rPr>
        <w:t xml:space="preserve">  Recovery action or escalation to the named owner.</w:t>
      </w:r>
    </w:p>
    <w:p>
      <w:pPr>
        <w:keepNext w:val="0"/>
        <w:spacing w:after="140" w:line="240" w:lineRule="auto"/>
        <w:pBdr>
          <w:bottom w:val="single" w:sz="4" w:color="D9D9D9" w:space="1"/>
        </w:pBdr>
      </w:pPr>
      <w:r>
        <w:rPr>
          <w:sz w:val="22"/>
        </w:rPr>
        <w:t xml:space="preserve"> </w:t>
      </w:r>
    </w:p>
    <w:p>
      <w:pPr>
        <w:pStyle w:val="Heading1"/>
      </w:pPr>
      <w:r>
        <w:t>Step 3</w:t>
      </w:r>
    </w:p>
    <w:p>
      <w:pPr>
        <w:keepNext/>
        <w:spacing w:after="40"/>
      </w:pPr>
      <w:r>
        <w:rPr>
          <w:b/>
        </w:rPr>
        <w:t>Action and responsible person</w:t>
      </w:r>
      <w:r>
        <w:rPr>
          <w:color w:val="555555"/>
          <w:sz w:val="20"/>
        </w:rPr>
        <w:t xml:space="preserve">  What happens and who does it?</w:t>
      </w:r>
    </w:p>
    <w:p>
      <w:pPr>
        <w:keepNext w:val="0"/>
        <w:spacing w:after="140" w:line="240" w:lineRule="auto"/>
        <w:pBdr>
          <w:bottom w:val="single" w:sz="4" w:color="D9D9D9" w:space="1"/>
        </w:pBdr>
      </w:pPr>
      <w:r>
        <w:rPr>
          <w:sz w:val="22"/>
        </w:rPr>
        <w:t xml:space="preserve"> </w:t>
      </w:r>
    </w:p>
    <w:p>
      <w:pPr>
        <w:keepNext w:val="0"/>
        <w:spacing w:after="140" w:line="240" w:lineRule="auto"/>
        <w:pBdr>
          <w:bottom w:val="single" w:sz="4" w:color="D9D9D9" w:space="1"/>
        </w:pBdr>
      </w:pPr>
      <w:r>
        <w:rPr>
          <w:sz w:val="22"/>
        </w:rPr>
        <w:t xml:space="preserve"> </w:t>
      </w:r>
    </w:p>
    <w:p>
      <w:pPr>
        <w:keepNext/>
        <w:spacing w:after="40"/>
      </w:pPr>
      <w:r>
        <w:rPr>
          <w:b/>
        </w:rPr>
        <w:t>Completion condition and evidence</w:t>
      </w:r>
      <w:r>
        <w:rPr>
          <w:color w:val="555555"/>
          <w:sz w:val="20"/>
        </w:rPr>
        <w:t xml:space="preserve">  What should be seen or recorded?</w:t>
      </w:r>
    </w:p>
    <w:p>
      <w:pPr>
        <w:keepNext w:val="0"/>
        <w:spacing w:after="140" w:line="240" w:lineRule="auto"/>
        <w:pBdr>
          <w:bottom w:val="single" w:sz="4" w:color="D9D9D9" w:space="1"/>
        </w:pBdr>
      </w:pPr>
      <w:r>
        <w:rPr>
          <w:sz w:val="22"/>
        </w:rPr>
        <w:t xml:space="preserve"> </w:t>
      </w:r>
    </w:p>
    <w:p>
      <w:pPr>
        <w:keepNext/>
        <w:spacing w:after="40"/>
      </w:pPr>
      <w:r>
        <w:rPr>
          <w:b/>
        </w:rPr>
        <w:t>If the result is absent</w:t>
      </w:r>
      <w:r>
        <w:rPr>
          <w:color w:val="555555"/>
          <w:sz w:val="20"/>
        </w:rPr>
        <w:t xml:space="preserve">  Recovery action or escalation to the named owner.</w:t>
      </w:r>
    </w:p>
    <w:p>
      <w:pPr>
        <w:keepNext w:val="0"/>
        <w:spacing w:after="140" w:line="240" w:lineRule="auto"/>
        <w:pBdr>
          <w:bottom w:val="single" w:sz="4" w:color="D9D9D9" w:space="1"/>
        </w:pBdr>
      </w:pPr>
      <w:r>
        <w:rPr>
          <w:sz w:val="22"/>
        </w:rPr>
        <w:t xml:space="preserve"> </w:t>
      </w:r>
    </w:p>
    <w:p>
      <w:pPr>
        <w:pStyle w:val="Heading1"/>
      </w:pPr>
      <w:r>
        <w:t>Confirm the handoff</w:t>
      </w:r>
    </w:p>
    <w:p>
      <w:pPr>
        <w:keepNext/>
        <w:spacing w:after="40"/>
      </w:pPr>
      <w:r>
        <w:rPr>
          <w:b/>
        </w:rPr>
        <w:t>Output and recipient</w:t>
      </w:r>
      <w:r>
        <w:rPr>
          <w:color w:val="555555"/>
          <w:sz w:val="20"/>
        </w:rPr>
        <w:t xml:space="preserve">  What record is saved, who receives it and who owns the next action?</w:t>
      </w:r>
    </w:p>
    <w:p>
      <w:pPr>
        <w:keepNext w:val="0"/>
        <w:spacing w:after="140" w:line="240" w:lineRule="auto"/>
        <w:pBdr>
          <w:bottom w:val="single" w:sz="4" w:color="D9D9D9" w:space="1"/>
        </w:pBdr>
      </w:pPr>
      <w:r>
        <w:rPr>
          <w:sz w:val="22"/>
        </w:rPr>
        <w:t xml:space="preserve"> </w:t>
      </w:r>
    </w:p>
    <w:p>
      <w:r>
        <w:br w:type="page"/>
      </w:r>
    </w:p>
    <w:p>
      <w:pPr>
        <w:pStyle w:val="Title"/>
      </w:pPr>
      <w:r>
        <w:t>Quick task checklist</w:t>
      </w:r>
    </w:p>
    <w:p>
      <w:r>
        <w:t>Task name: ______________________________   Version: __________</w:t>
      </w:r>
    </w:p>
    <w:p>
      <w:r>
        <w:rPr>
          <w:color w:val="555555"/>
          <w:sz w:val="20"/>
        </w:rPr>
        <w:t>Keep only the checks needed during work. Replace the blank entries with specific verifications. Tick an item after the check is performed. Keep the full instructions available for detail and exceptions.</w:t>
      </w:r>
    </w:p>
    <w:p>
      <w:pPr>
        <w:pStyle w:val="Heading1"/>
      </w:pPr>
      <w:r>
        <w:t>Before starting</w:t>
      </w:r>
    </w:p>
    <w:p>
      <w:pPr>
        <w:spacing w:after="200"/>
      </w:pPr>
      <w:r>
        <w:t>☐  The correct case and current procedure are identified.</w:t>
      </w:r>
    </w:p>
    <w:p>
      <w:pPr>
        <w:spacing w:after="200"/>
      </w:pPr>
      <w:r>
        <w:t>☐  Required inputs, access and approvals are available.</w:t>
      </w:r>
    </w:p>
    <w:p>
      <w:pPr>
        <w:pStyle w:val="Heading1"/>
      </w:pPr>
      <w:r>
        <w:t>Verify the critical steps</w:t>
      </w:r>
    </w:p>
    <w:p>
      <w:pPr>
        <w:keepNext/>
        <w:spacing w:after="40"/>
      </w:pPr>
      <w:r>
        <w:rPr>
          <w:b/>
        </w:rPr>
        <w:t>☐  Check 1</w:t>
      </w:r>
      <w:r>
        <w:rPr>
          <w:color w:val="555555"/>
          <w:sz w:val="20"/>
        </w:rPr>
        <w:t xml:space="preserve">  Write the expected state or value, not simply "checked".</w:t>
      </w:r>
    </w:p>
    <w:p>
      <w:pPr>
        <w:keepNext w:val="0"/>
        <w:spacing w:after="140" w:line="240" w:lineRule="auto"/>
        <w:pBdr>
          <w:bottom w:val="single" w:sz="4" w:color="D9D9D9" w:space="1"/>
        </w:pBdr>
      </w:pPr>
      <w:r>
        <w:rPr>
          <w:sz w:val="22"/>
        </w:rPr>
        <w:t xml:space="preserve"> </w:t>
      </w:r>
    </w:p>
    <w:p>
      <w:pPr>
        <w:keepNext/>
        <w:spacing w:after="40"/>
      </w:pPr>
      <w:r>
        <w:rPr>
          <w:b/>
        </w:rPr>
        <w:t>☐  Check 2</w:t>
      </w:r>
      <w:r>
        <w:rPr>
          <w:color w:val="555555"/>
          <w:sz w:val="20"/>
        </w:rPr>
        <w:t xml:space="preserve">  Write the expected state or value, not simply "checked".</w:t>
      </w:r>
    </w:p>
    <w:p>
      <w:pPr>
        <w:keepNext w:val="0"/>
        <w:spacing w:after="140" w:line="240" w:lineRule="auto"/>
        <w:pBdr>
          <w:bottom w:val="single" w:sz="4" w:color="D9D9D9" w:space="1"/>
        </w:pBdr>
      </w:pPr>
      <w:r>
        <w:rPr>
          <w:sz w:val="22"/>
        </w:rPr>
        <w:t xml:space="preserve"> </w:t>
      </w:r>
    </w:p>
    <w:p>
      <w:pPr>
        <w:keepNext/>
        <w:spacing w:after="40"/>
      </w:pPr>
      <w:r>
        <w:rPr>
          <w:b/>
        </w:rPr>
        <w:t>☐  Check 3</w:t>
      </w:r>
      <w:r>
        <w:rPr>
          <w:color w:val="555555"/>
          <w:sz w:val="20"/>
        </w:rPr>
        <w:t xml:space="preserve">  Write the expected state or value, not simply "checked".</w:t>
      </w:r>
    </w:p>
    <w:p>
      <w:pPr>
        <w:keepNext w:val="0"/>
        <w:spacing w:after="140" w:line="240" w:lineRule="auto"/>
        <w:pBdr>
          <w:bottom w:val="single" w:sz="4" w:color="D9D9D9" w:space="1"/>
        </w:pBdr>
      </w:pPr>
      <w:r>
        <w:rPr>
          <w:sz w:val="22"/>
        </w:rPr>
        <w:t xml:space="preserve"> </w:t>
      </w:r>
    </w:p>
    <w:p>
      <w:pPr>
        <w:keepNext/>
        <w:spacing w:after="40"/>
      </w:pPr>
      <w:r>
        <w:rPr>
          <w:b/>
        </w:rPr>
        <w:t>☐  Check 4</w:t>
      </w:r>
      <w:r>
        <w:rPr>
          <w:color w:val="555555"/>
          <w:sz w:val="20"/>
        </w:rPr>
        <w:t xml:space="preserve">  Write the expected state or value, not simply "checked".</w:t>
      </w:r>
    </w:p>
    <w:p>
      <w:pPr>
        <w:keepNext w:val="0"/>
        <w:spacing w:after="140" w:line="240" w:lineRule="auto"/>
        <w:pBdr>
          <w:bottom w:val="single" w:sz="4" w:color="D9D9D9" w:space="1"/>
        </w:pBdr>
      </w:pPr>
      <w:r>
        <w:rPr>
          <w:sz w:val="22"/>
        </w:rPr>
        <w:t xml:space="preserve"> </w:t>
      </w:r>
    </w:p>
    <w:p>
      <w:pPr>
        <w:pStyle w:val="Heading1"/>
      </w:pPr>
      <w:r>
        <w:t>If blocked or interrupted</w:t>
      </w:r>
    </w:p>
    <w:p>
      <w:pPr>
        <w:keepNext/>
        <w:spacing w:after="40"/>
      </w:pPr>
      <w:r>
        <w:rPr>
          <w:b/>
        </w:rPr>
        <w:t>Stop rule and contact</w:t>
      </w:r>
      <w:r>
        <w:rPr>
          <w:color w:val="555555"/>
          <w:sz w:val="20"/>
        </w:rPr>
        <w:t xml:space="preserve">  Who can resolve the issue or authorize an exception?</w:t>
      </w:r>
    </w:p>
    <w:p>
      <w:pPr>
        <w:keepNext w:val="0"/>
        <w:spacing w:after="140" w:line="240" w:lineRule="auto"/>
        <w:pBdr>
          <w:bottom w:val="single" w:sz="4" w:color="D9D9D9" w:space="1"/>
        </w:pBdr>
      </w:pPr>
      <w:r>
        <w:rPr>
          <w:sz w:val="22"/>
        </w:rPr>
        <w:t xml:space="preserve"> </w:t>
      </w:r>
    </w:p>
    <w:p>
      <w:pPr>
        <w:keepNext/>
        <w:spacing w:after="40"/>
      </w:pPr>
      <w:r>
        <w:rPr>
          <w:b/>
        </w:rPr>
        <w:t>Resume safely</w:t>
      </w:r>
      <w:r>
        <w:rPr>
          <w:color w:val="555555"/>
          <w:sz w:val="20"/>
        </w:rPr>
        <w:t xml:space="preserve">  How will you confirm the current state before continuing?</w:t>
      </w:r>
    </w:p>
    <w:p>
      <w:pPr>
        <w:keepNext w:val="0"/>
        <w:spacing w:after="140" w:line="240" w:lineRule="auto"/>
        <w:pBdr>
          <w:bottom w:val="single" w:sz="4" w:color="D9D9D9" w:space="1"/>
        </w:pBdr>
      </w:pPr>
      <w:r>
        <w:rPr>
          <w:sz w:val="22"/>
        </w:rPr>
        <w:t xml:space="preserve"> </w:t>
      </w:r>
    </w:p>
    <w:p>
      <w:pPr>
        <w:pStyle w:val="Heading1"/>
      </w:pPr>
      <w:r>
        <w:t>Before closing</w:t>
      </w:r>
    </w:p>
    <w:p>
      <w:pPr>
        <w:spacing w:after="200"/>
      </w:pPr>
      <w:r>
        <w:t>☐  Required evidence and the completed outcome are recorded.</w:t>
      </w:r>
    </w:p>
    <w:p>
      <w:pPr>
        <w:spacing w:after="200"/>
      </w:pPr>
      <w:r>
        <w:t>☐  The recipient and owner of the next action are confirmed.</w:t>
      </w:r>
    </w:p>
    <w:p>
      <w:r>
        <w:t>Case reference: ____________________   Completed by: ____________________</w:t>
      </w:r>
    </w:p>
    <w:p>
      <w:r>
        <w:t>Date and time: ____________________   Exception recorded at: ______________</w:t>
      </w:r>
    </w:p>
    <w:p>
      <w:r>
        <w:br w:type="page"/>
      </w:r>
    </w:p>
    <w:p>
      <w:pPr>
        <w:pStyle w:val="Title"/>
      </w:pPr>
      <w:r>
        <w:t>Test the SOP with a user</w:t>
      </w:r>
    </w:p>
    <w:p>
      <w:r>
        <w:rPr>
          <w:color w:val="555555"/>
          <w:sz w:val="20"/>
        </w:rPr>
        <w:t>Choose a suitably trained person who did not write the instructions. Observe the task and record friction. Use a safe trial or simulation where necessary. Revise the process or document, then retest the affected steps.</w:t>
      </w:r>
    </w:p>
    <w:p>
      <w:pPr>
        <w:keepNext/>
        <w:spacing w:after="40"/>
      </w:pPr>
      <w:r>
        <w:rPr>
          <w:b/>
        </w:rPr>
        <w:t>Task and version tested</w:t>
      </w:r>
    </w:p>
    <w:p>
      <w:pPr>
        <w:keepNext w:val="0"/>
        <w:spacing w:after="140" w:line="240" w:lineRule="auto"/>
        <w:pBdr>
          <w:bottom w:val="single" w:sz="4" w:color="D9D9D9" w:space="1"/>
        </w:pBdr>
      </w:pPr>
      <w:r>
        <w:rPr>
          <w:sz w:val="22"/>
        </w:rPr>
        <w:t xml:space="preserve"> </w:t>
      </w:r>
    </w:p>
    <w:p>
      <w:pPr>
        <w:keepNext/>
        <w:spacing w:after="40"/>
      </w:pPr>
      <w:r>
        <w:rPr>
          <w:b/>
        </w:rPr>
        <w:t>Tester observer and date</w:t>
      </w:r>
    </w:p>
    <w:p>
      <w:pPr>
        <w:keepNext w:val="0"/>
        <w:spacing w:after="140" w:line="240" w:lineRule="auto"/>
        <w:pBdr>
          <w:bottom w:val="single" w:sz="4" w:color="D9D9D9" w:space="1"/>
        </w:pBdr>
      </w:pPr>
      <w:r>
        <w:rPr>
          <w:sz w:val="22"/>
        </w:rPr>
        <w:t xml:space="preserve"> </w:t>
      </w:r>
    </w:p>
    <w:p>
      <w:pPr>
        <w:pStyle w:val="Heading1"/>
      </w:pPr>
      <w:r>
        <w:t>Choose the cases</w:t>
      </w:r>
    </w:p>
    <w:p>
      <w:pPr>
        <w:spacing w:after="200"/>
      </w:pPr>
      <w:r>
        <w:t>☐  Normal case     ☐ Common exception     ☐ Resumption after interruption</w:t>
      </w:r>
    </w:p>
    <w:p>
      <w:pPr>
        <w:keepNext/>
        <w:spacing w:after="40"/>
      </w:pPr>
      <w:r>
        <w:rPr>
          <w:b/>
        </w:rPr>
        <w:t>Case and expected outcome</w:t>
      </w:r>
      <w:r>
        <w:rPr>
          <w:color w:val="555555"/>
          <w:sz w:val="20"/>
        </w:rPr>
        <w:t xml:space="preserve">  Define what successful completion should look like.</w:t>
      </w:r>
    </w:p>
    <w:p>
      <w:pPr>
        <w:keepNext w:val="0"/>
        <w:spacing w:after="140" w:line="240" w:lineRule="auto"/>
        <w:pBdr>
          <w:bottom w:val="single" w:sz="4" w:color="D9D9D9" w:space="1"/>
        </w:pBdr>
      </w:pPr>
      <w:r>
        <w:rPr>
          <w:sz w:val="22"/>
        </w:rPr>
        <w:t xml:space="preserve"> </w:t>
      </w:r>
    </w:p>
    <w:p>
      <w:pPr>
        <w:pStyle w:val="Heading1"/>
      </w:pPr>
      <w:r>
        <w:t>Record what happened</w:t>
      </w:r>
    </w:p>
    <w:p>
      <w:pPr>
        <w:keepNext/>
        <w:spacing w:after="40"/>
      </w:pPr>
      <w:r>
        <w:rPr>
          <w:b/>
        </w:rPr>
        <w:t>Finding the instruction</w:t>
      </w:r>
      <w:r>
        <w:rPr>
          <w:color w:val="555555"/>
          <w:sz w:val="20"/>
        </w:rPr>
        <w:t xml:space="preserve">  Could the user locate the approved version?</w:t>
      </w:r>
    </w:p>
    <w:p>
      <w:pPr>
        <w:keepNext w:val="0"/>
        <w:spacing w:after="140" w:line="240" w:lineRule="auto"/>
        <w:pBdr>
          <w:bottom w:val="single" w:sz="4" w:color="D9D9D9" w:space="1"/>
        </w:pBdr>
      </w:pPr>
      <w:r>
        <w:rPr>
          <w:sz w:val="22"/>
        </w:rPr>
        <w:t xml:space="preserve"> </w:t>
      </w:r>
    </w:p>
    <w:p>
      <w:pPr>
        <w:keepNext/>
        <w:spacing w:after="40"/>
      </w:pPr>
      <w:r>
        <w:rPr>
          <w:b/>
        </w:rPr>
        <w:t>Questions or guesses</w:t>
      </w:r>
      <w:r>
        <w:rPr>
          <w:color w:val="555555"/>
          <w:sz w:val="20"/>
        </w:rPr>
        <w:t xml:space="preserve">  Which step needed explanation or an assumption?</w:t>
      </w:r>
    </w:p>
    <w:p>
      <w:pPr>
        <w:keepNext w:val="0"/>
        <w:spacing w:after="140" w:line="240" w:lineRule="auto"/>
        <w:pBdr>
          <w:bottom w:val="single" w:sz="4" w:color="D9D9D9" w:space="1"/>
        </w:pBdr>
      </w:pPr>
      <w:r>
        <w:rPr>
          <w:sz w:val="22"/>
        </w:rPr>
        <w:t xml:space="preserve"> </w:t>
      </w:r>
    </w:p>
    <w:p>
      <w:pPr>
        <w:keepNext/>
        <w:spacing w:after="40"/>
      </w:pPr>
      <w:r>
        <w:rPr>
          <w:b/>
        </w:rPr>
        <w:t>Blocked or changed steps</w:t>
      </w:r>
      <w:r>
        <w:rPr>
          <w:color w:val="555555"/>
          <w:sz w:val="20"/>
        </w:rPr>
        <w:t xml:space="preserve">  What information, access or decision was missing?</w:t>
      </w:r>
    </w:p>
    <w:p>
      <w:pPr>
        <w:keepNext w:val="0"/>
        <w:spacing w:after="140" w:line="240" w:lineRule="auto"/>
        <w:pBdr>
          <w:bottom w:val="single" w:sz="4" w:color="D9D9D9" w:space="1"/>
        </w:pBdr>
      </w:pPr>
      <w:r>
        <w:rPr>
          <w:sz w:val="22"/>
        </w:rPr>
        <w:t xml:space="preserve"> </w:t>
      </w:r>
    </w:p>
    <w:p>
      <w:pPr>
        <w:keepNext/>
        <w:spacing w:after="40"/>
      </w:pPr>
      <w:r>
        <w:rPr>
          <w:b/>
        </w:rPr>
        <w:t>Result and critical checks</w:t>
      </w:r>
      <w:r>
        <w:rPr>
          <w:color w:val="555555"/>
          <w:sz w:val="20"/>
        </w:rPr>
        <w:t xml:space="preserve">  Was the output correct and were controls preserved?</w:t>
      </w:r>
    </w:p>
    <w:p>
      <w:pPr>
        <w:keepNext w:val="0"/>
        <w:spacing w:after="140" w:line="240" w:lineRule="auto"/>
        <w:pBdr>
          <w:bottom w:val="single" w:sz="4" w:color="D9D9D9" w:space="1"/>
        </w:pBdr>
      </w:pPr>
      <w:r>
        <w:rPr>
          <w:sz w:val="22"/>
        </w:rPr>
        <w:t xml:space="preserve"> </w:t>
      </w:r>
    </w:p>
    <w:p>
      <w:pPr>
        <w:pStyle w:val="Heading1"/>
      </w:pPr>
      <w:r>
        <w:t>Improve and retest</w:t>
      </w:r>
    </w:p>
    <w:p>
      <w:pPr>
        <w:keepNext/>
        <w:spacing w:after="40"/>
      </w:pPr>
      <w:r>
        <w:rPr>
          <w:b/>
        </w:rPr>
        <w:t>Changes owner and due date</w:t>
      </w:r>
      <w:r>
        <w:rPr>
          <w:color w:val="555555"/>
          <w:sz w:val="20"/>
        </w:rPr>
        <w:t xml:space="preserve">  Change the instructions, training or working conditions.</w:t>
      </w:r>
    </w:p>
    <w:p>
      <w:pPr>
        <w:keepNext w:val="0"/>
        <w:spacing w:after="140" w:line="240" w:lineRule="auto"/>
        <w:pBdr>
          <w:bottom w:val="single" w:sz="4" w:color="D9D9D9" w:space="1"/>
        </w:pBdr>
      </w:pPr>
      <w:r>
        <w:rPr>
          <w:sz w:val="22"/>
        </w:rPr>
        <w:t xml:space="preserve"> </w:t>
      </w:r>
    </w:p>
    <w:p>
      <w:pPr>
        <w:keepNext/>
        <w:spacing w:after="40"/>
      </w:pPr>
      <w:r>
        <w:rPr>
          <w:b/>
        </w:rPr>
        <w:t>Retest result and decision</w:t>
      </w:r>
      <w:r>
        <w:rPr>
          <w:color w:val="555555"/>
          <w:sz w:val="20"/>
        </w:rPr>
        <w:t xml:space="preserve">  Release, revise and retest, or keep on hold.</w:t>
      </w:r>
    </w:p>
    <w:p>
      <w:pPr>
        <w:keepNext w:val="0"/>
        <w:spacing w:after="140" w:line="240" w:lineRule="auto"/>
        <w:pBdr>
          <w:bottom w:val="single" w:sz="4" w:color="D9D9D9" w:space="1"/>
        </w:pBdr>
      </w:pPr>
      <w:r>
        <w:rPr>
          <w:sz w:val="22"/>
        </w:rPr>
        <w:t xml:space="preserve"> </w:t>
      </w:r>
    </w:p>
    <w:p>
      <w:pPr>
        <w:keepNext/>
        <w:spacing w:after="40"/>
      </w:pPr>
      <w:r>
        <w:rPr>
          <w:b/>
        </w:rPr>
        <w:t>Maintenance</w:t>
      </w:r>
      <w:r>
        <w:rPr>
          <w:color w:val="555555"/>
          <w:sz w:val="20"/>
        </w:rPr>
        <w:t xml:space="preserve">  Review triggers and a route for users to report problems.</w:t>
      </w:r>
    </w:p>
    <w:p>
      <w:pPr>
        <w:keepNext w:val="0"/>
        <w:spacing w:after="140" w:line="240" w:lineRule="auto"/>
        <w:pBdr>
          <w:bottom w:val="single" w:sz="4" w:color="D9D9D9" w:space="1"/>
        </w:pBdr>
      </w:pPr>
      <w:r>
        <w:rPr>
          <w:sz w:val="22"/>
        </w:rPr>
        <w:t xml:space="preserve"> </w:t>
      </w:r>
    </w:p>
    <w:sectPr w:rsidR="00FC693F" w:rsidRPr="0006063C" w:rsidSect="00034616">
      <w:footerReference w:type="default" r:id="rId9"/>
      <w:pgSz w:w="12240" w:h="15840"/>
      <w:pgMar w:top="979" w:right="1080" w:bottom="936" w:left="1080"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666666"/>
        <w:sz w:val="18"/>
      </w:rPr>
      <w:t xml:space="preserve">shiran.io   |   SOP starter pack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 starter pack</dc:title>
  <dc:subject>Process template quick checklist and user test sheet</dc:subject>
  <dc:creator>Shiran</dc:creator>
  <cp:keywords>SOP, standard operating procedure, template, business operations</cp:keywords>
  <dc:description>generated by python-docx</dc:description>
  <cp:lastModifiedBy/>
  <cp:revision>1</cp:revision>
  <dcterms:created xsi:type="dcterms:W3CDTF">2013-12-23T23:15:00Z</dcterms:created>
  <dcterms:modified xsi:type="dcterms:W3CDTF">2013-12-23T23:15:00Z</dcterms:modified>
  <cp:category/>
</cp:coreProperties>
</file>